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2"/>
        </w:rPr>
        <w:t>DESKRIPSI DIRI</w:t>
        <w:br/>
        <w:t>JALUR SELEKSI MAHASISWA MASUK UNIVERSITAS NUSA CENDANA (SMMU) TAHUN 2026</w:t>
      </w:r>
    </w:p>
    <w:p>
      <w:pPr>
        <w:jc w:val="center"/>
      </w:pPr>
      <w:r>
        <w:t>UNIVERSITAS NUSA CENDANA</w:t>
      </w:r>
    </w:p>
    <w:p>
      <w:pPr>
        <w:pStyle w:val="Heading1"/>
      </w:pPr>
      <w:r>
        <w:t>PETUNJUK UMUM PENGISIAN</w:t>
      </w:r>
    </w:p>
    <w:p>
      <w:r>
        <w:t>Deskripsi Diri merupakan bagian dari proses Seleksi Mahasiswa Masuk Universitas Nusa Cendana yang bertujuan untuk mengetahui:</w:t>
        <w:br/>
        <w:t>- kemampuan analisis calon mahasiswa;</w:t>
        <w:br/>
        <w:t>- pola berpikir kritis dan logis;</w:t>
        <w:br/>
        <w:t>- motivasi memilih Program Studi;</w:t>
        <w:br/>
        <w:t>- kesiapan mengikuti perkuliahan;</w:t>
        <w:br/>
        <w:t>- serta kemampuan menyampaikan gagasan secara tertulis.</w:t>
        <w:br/>
        <w:br/>
        <w:t>Seluruh jawaban harus mencerminkan kemampuan, pengalaman, pemahaman, dan kondisi diri peserta yang sebenarnya.</w:t>
      </w:r>
    </w:p>
    <w:p>
      <w:pPr>
        <w:pStyle w:val="Heading1"/>
      </w:pPr>
      <w:r>
        <w:t>RAMBU-RAMBU PENGISIAN</w:t>
      </w:r>
    </w:p>
    <w:p>
      <w:r>
        <w:t>1. Jawaban wajib ditulis sendiri berdasarkan kemampuan analisis diri sendiri.</w:t>
        <w:br/>
        <w:t>2. Tidak diperkenankan menggunakan alat bantu AI seperti ChatGPT, Gemini, Copilot, DeepSeek, maupun aplikasi AI lainnya.</w:t>
        <w:br/>
        <w:t>3. Jawaban harus logis, rasional, dan sistematis.</w:t>
        <w:br/>
        <w:t>4. Gunakan Bahasa Indonesia yang baik dan benar.</w:t>
        <w:br/>
        <w:t>5. Hindari jawaban singkat dan umum.</w:t>
        <w:br/>
        <w:t>6. Seluruh jawaban harus jujur dan dapat dipertanggungjawabkan.</w:t>
      </w:r>
    </w:p>
    <w:p>
      <w:pPr>
        <w:pStyle w:val="Heading1"/>
      </w:pPr>
      <w:r>
        <w:t>IDENTITAS PESERTA</w:t>
      </w:r>
    </w:p>
    <w:p>
      <w:r>
        <w:t>Nama Lengkap : ...........................................................</w:t>
        <w:br/>
        <w:t>Nomor Peserta : ...........................................................</w:t>
        <w:br/>
        <w:t>Program Studi Pilihan : ...........................................................</w:t>
        <w:br/>
        <w:t>Fakultas : ...........................................................</w:t>
        <w:br/>
        <w:t>Asal Sekolah : ...........................................................</w:t>
        <w:br/>
        <w:t>Kabupaten/Kota : ...........................................................</w:t>
        <w:br/>
        <w:t>Nomor HP : ...........................................................</w:t>
        <w:br/>
        <w:t>Tanggal Pengisian : ...........................................................</w:t>
      </w:r>
    </w:p>
    <w:p>
      <w:pPr>
        <w:pStyle w:val="Heading1"/>
      </w:pPr>
      <w:r>
        <w:t>SOAL 1 — ANALISIS MASALAH PENDIDIKAN</w:t>
      </w:r>
    </w:p>
    <w:p>
      <w:r>
        <w:t>Di Nusa Tenggara Timur, masih banyak siswa yang memiliki kemampuan akademik baik tetapi mengalami kesulitan melanjutkan pendidikan ke perguruan tinggi karena keterbatasan ekonomi dan akses informasi.</w:t>
        <w:br/>
        <w:br/>
        <w:t>1. Menurut Saudara, apa faktor utama yang menyebabkan kondisi tersebut?</w:t>
        <w:br/>
        <w:br/>
        <w:t>Jawaban:</w:t>
        <w:br/>
        <w:t>................................................................................................................</w:t>
        <w:br/>
        <w:t>................................................................................................................</w:t>
        <w:br/>
        <w:t>................................................................................................................</w:t>
        <w:br/>
        <w:br/>
        <w:t>2. Bagaimana dampaknya terhadap masyarakat dan pembangunan daerah?</w:t>
        <w:br/>
        <w:br/>
        <w:t>Jawaban:</w:t>
        <w:br/>
        <w:t>................................................................................................................</w:t>
        <w:br/>
        <w:t>................................................................................................................</w:t>
        <w:br/>
        <w:t>................................................................................................................</w:t>
        <w:br/>
        <w:br/>
        <w:t>3. Solusi apa yang dapat dilakukan oleh pemerintah, sekolah, dan perguruan tinggi untuk mengatasi masalah tersebut?</w:t>
        <w:br/>
        <w:br/>
        <w:t>Jawaban:</w:t>
        <w:br/>
        <w:t>................................................................................................................</w:t>
        <w:br/>
        <w:t>................................................................................................................</w:t>
        <w:br/>
        <w:t>................................................................................................................</w:t>
      </w:r>
    </w:p>
    <w:p>
      <w:pPr>
        <w:pStyle w:val="Heading1"/>
      </w:pPr>
      <w:r>
        <w:t>SOAL 2 — ANALISIS PEMINATAN PROGRAM STUDI</w:t>
      </w:r>
    </w:p>
    <w:p>
      <w:r>
        <w:t>4. Jelaskan alasan utama Saudara memilih Program Studi tujuan di Universitas Nusa Cendana.</w:t>
        <w:br/>
        <w:br/>
        <w:t>Jawaban:</w:t>
        <w:br/>
        <w:t>................................................................................................................</w:t>
        <w:br/>
        <w:t>................................................................................................................</w:t>
        <w:br/>
        <w:t>................................................................................................................</w:t>
        <w:br/>
        <w:br/>
        <w:t>5. Bagaimana kemampuan, pengalaman, atau karakter diri Saudara mendukung keberhasilan Saudara dalam mengikuti perkuliahan pada Program Studi tersebut?</w:t>
        <w:br/>
        <w:br/>
        <w:t>Jawaban:</w:t>
        <w:br/>
        <w:t>................................................................................................................</w:t>
        <w:br/>
        <w:t>................................................................................................................</w:t>
        <w:br/>
        <w:t>................................................................................................................</w:t>
        <w:br/>
        <w:br/>
        <w:t>6. Jika suatu saat Saudara mengalami kesulitan akademik atau tidak sesuai dengan ekspektasi awal terhadap Program Studi tersebut, bagaimana cara Saudara menyikapinya?</w:t>
        <w:br/>
        <w:br/>
        <w:t>Jawaban:</w:t>
        <w:br/>
        <w:t>................................................................................................................</w:t>
        <w:br/>
        <w:t>................................................................................................................</w:t>
        <w:br/>
        <w:t>................................................................................................................</w:t>
        <w:br/>
        <w:br/>
        <w:t>7. Harapan untuk ke depan setelah tamat dari Program Studi pilihan, apa yang ingin Saudara capai terhadap pengembangan karier Saudara?</w:t>
        <w:br/>
        <w:br/>
        <w:t>Jawaban:</w:t>
        <w:br/>
        <w:t>................................................................................................................</w:t>
        <w:br/>
        <w:t>................................................................................................................</w:t>
        <w:br/>
        <w:t>................................................................................................................</w:t>
        <w:br/>
        <w:br/>
        <w:t>8. Bagaimana pemahaman Saudara tentang Program Studi pilihan dan sumber informasi apa yang Saudara gunakan untuk memahami profil Program Studi tersebut?</w:t>
        <w:br/>
        <w:br/>
        <w:t>Jawaban:</w:t>
        <w:br/>
        <w:t>................................................................................................................</w:t>
        <w:br/>
        <w:t>................................................................................................................</w:t>
        <w:br/>
        <w:t>................................................................................................................</w:t>
      </w:r>
    </w:p>
    <w:p>
      <w:pPr>
        <w:pStyle w:val="Heading1"/>
      </w:pPr>
      <w:r>
        <w:t>PERNYATAAN PESERTA</w:t>
      </w:r>
    </w:p>
    <w:p>
      <w:r>
        <w:t>Saya menyatakan bahwa seluruh jawaban pada Deskripsi Diri Seleksi Mahasiswa Masuk Universitas Nusa Cendana dikerjakan secara mandiri berdasarkan kemampuan analisis diri sendiri dan tidak menggunakan bantuan artificial intelligence (AI) maupun pihak lain.</w:t>
        <w:br/>
        <w:br/>
        <w:t>Tempat/Tanggal : ...........................................................</w:t>
        <w:br/>
        <w:t>Nama Peserta : ...........................................................</w:t>
        <w:br/>
        <w:t>Tanda Tangan : ...........................................................</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